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234C4C"/>
          <w:sz w:val="22"/>
        </w:rPr>
        <w:t>EduNote | 受験教材サンプル</w:t>
      </w:r>
    </w:p>
    <w:p>
      <w:pPr>
        <w:pStyle w:val="Title"/>
      </w:pPr>
      <w:r>
        <w:t>サンプル演習問題</w:t>
      </w:r>
    </w:p>
    <w:p>
      <w:r>
        <w:t>【検証用】 Wordファイルのダウンロードと閲覧を確認するための架空資料です。</w:t>
      </w:r>
    </w:p>
    <w:p>
      <w:pPr>
        <w:pStyle w:val="Heading2"/>
      </w:pPr>
      <w:r>
        <w:t>使用方法</w:t>
      </w:r>
    </w:p>
    <w:p>
      <w:r>
        <w:t>学校・塾・大学のPCでこのファイルを保存できるか、対応するアプリで開けるかを確認してください。</w:t>
      </w:r>
    </w:p>
    <w:p>
      <w:pPr>
        <w:pStyle w:val="Heading2"/>
      </w:pPr>
      <w:r>
        <w:t>例題（実在の入試問題ではありません）</w:t>
      </w:r>
    </w:p>
    <w:p>
      <w:r>
        <w:t>問1　次の語を使って文を完成させてください。</w:t>
      </w:r>
    </w:p>
    <w:p>
      <w:r>
        <w:t>Example:  I / study / English  →  I study English.</w:t>
      </w:r>
    </w:p>
    <w:p>
      <w:r>
        <w:t>解答欄：________________________________________________________________</w:t>
      </w:r>
    </w:p>
    <w:p>
      <w:r>
        <w:t>問2　PDF・Word・Excelのうち、このファイルの形式を答えてください。</w:t>
      </w:r>
    </w:p>
    <w:p>
      <w:r>
        <w:t>解答欄：________________________________________________________________</w:t>
      </w:r>
    </w:p>
    <w:p>
      <w:r>
        <w:t>※ このファイルは公開可能なテスト用資料です。個人情報・未許諾教材は含まれていません。</w:t>
      </w:r>
    </w:p>
    <w:sectPr w:rsidR="00FC693F" w:rsidRPr="0006063C" w:rsidSect="00034616">
      <w:footerReference w:type="default" r:id="rId9"/>
      <w:pgSz w:w="12240" w:h="15840"/>
      <w:pgMar w:top="124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EduNote / Verification Sample — 01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